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B104" w14:textId="77777777" w:rsidR="00F02284" w:rsidRDefault="00000000">
      <w:pPr>
        <w:pStyle w:val="Heading1"/>
        <w:rPr>
          <w:sz w:val="40"/>
        </w:rPr>
      </w:pPr>
      <w:r>
        <w:rPr>
          <w:sz w:val="40"/>
        </w:rPr>
        <w:t>NOTICE OF DISCARDED CARRIER</w:t>
      </w:r>
    </w:p>
    <w:p w14:paraId="5CDA51AE" w14:textId="5D527A79" w:rsidR="007E047B" w:rsidRPr="007E047B" w:rsidRDefault="007E047B" w:rsidP="007E047B">
      <w:pPr>
        <w:rPr>
          <w:i/>
          <w:iCs/>
        </w:rPr>
      </w:pPr>
      <w:r w:rsidRPr="007E047B">
        <w:rPr>
          <w:i/>
          <w:iCs/>
        </w:rPr>
        <w:t xml:space="preserve">Original AV item </w:t>
      </w:r>
      <w:r w:rsidR="00CB16E4">
        <w:rPr>
          <w:i/>
          <w:iCs/>
        </w:rPr>
        <w:t xml:space="preserve">was </w:t>
      </w:r>
      <w:r w:rsidRPr="007E047B">
        <w:rPr>
          <w:i/>
          <w:iCs/>
        </w:rPr>
        <w:t xml:space="preserve">digitized and </w:t>
      </w:r>
      <w:r w:rsidR="00CB16E4">
        <w:rPr>
          <w:i/>
          <w:iCs/>
        </w:rPr>
        <w:t xml:space="preserve">is </w:t>
      </w:r>
      <w:r w:rsidRPr="007E047B">
        <w:rPr>
          <w:i/>
          <w:iCs/>
        </w:rPr>
        <w:t>available for use through Reference Services.</w:t>
      </w:r>
    </w:p>
    <w:p w14:paraId="5C38D07A" w14:textId="77777777" w:rsidR="00F02284" w:rsidRPr="003C57E6" w:rsidRDefault="00000000" w:rsidP="001C375B">
      <w:pPr>
        <w:spacing w:after="0"/>
        <w:rPr>
          <w:sz w:val="24"/>
          <w:szCs w:val="24"/>
        </w:rPr>
      </w:pPr>
      <w:r w:rsidRPr="003C57E6">
        <w:rPr>
          <w:b/>
          <w:sz w:val="24"/>
          <w:szCs w:val="24"/>
        </w:rPr>
        <w:t xml:space="preserve">Title of AV item: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14"/>
      </w:tblGrid>
      <w:tr w:rsidR="00F02284" w14:paraId="1EBC1F04" w14:textId="77777777">
        <w:tc>
          <w:tcPr>
            <w:tcW w:w="86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AA2B310" w14:textId="77777777" w:rsidR="00F02284" w:rsidRDefault="00F02284"/>
        </w:tc>
      </w:tr>
    </w:tbl>
    <w:p w14:paraId="31FEAAC1" w14:textId="77777777" w:rsidR="00F02284" w:rsidRPr="003C57E6" w:rsidRDefault="00000000" w:rsidP="001C375B">
      <w:pPr>
        <w:spacing w:after="0"/>
        <w:rPr>
          <w:sz w:val="24"/>
          <w:szCs w:val="24"/>
        </w:rPr>
      </w:pPr>
      <w:r w:rsidRPr="003C57E6">
        <w:rPr>
          <w:b/>
          <w:sz w:val="24"/>
          <w:szCs w:val="24"/>
        </w:rPr>
        <w:t xml:space="preserve">Type of audiovisual carrier discarded: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57"/>
        <w:gridCol w:w="1340"/>
        <w:gridCol w:w="1350"/>
        <w:gridCol w:w="1350"/>
      </w:tblGrid>
      <w:tr w:rsidR="00F02284" w:rsidRPr="003C57E6" w14:paraId="46005999" w14:textId="77777777" w:rsidTr="00E200F9">
        <w:tc>
          <w:tcPr>
            <w:tcW w:w="6197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1E980D6" w14:textId="77777777" w:rsidR="00F02284" w:rsidRPr="003C57E6" w:rsidRDefault="00F02284">
            <w:pPr>
              <w:rPr>
                <w:sz w:val="24"/>
                <w:szCs w:val="24"/>
              </w:rPr>
            </w:pPr>
          </w:p>
        </w:tc>
      </w:tr>
      <w:tr w:rsidR="00F02284" w:rsidRPr="003C57E6" w14:paraId="0F284067" w14:textId="77777777" w:rsidTr="00E200F9">
        <w:tc>
          <w:tcPr>
            <w:tcW w:w="2157" w:type="dxa"/>
          </w:tcPr>
          <w:p w14:paraId="167A23D8" w14:textId="21ECD1B7" w:rsidR="00F02284" w:rsidRPr="003C57E6" w:rsidRDefault="00E200F9" w:rsidP="00DB45C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00000" w:rsidRPr="003C57E6">
              <w:rPr>
                <w:b/>
                <w:sz w:val="24"/>
                <w:szCs w:val="24"/>
              </w:rPr>
              <w:t>Date discarded:</w:t>
            </w:r>
          </w:p>
        </w:tc>
        <w:tc>
          <w:tcPr>
            <w:tcW w:w="13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66BDC01A" w14:textId="77777777" w:rsidR="00F02284" w:rsidRPr="003C57E6" w:rsidRDefault="00F0228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187F8CD9" w14:textId="60DFA692" w:rsidR="00F02284" w:rsidRPr="003C57E6" w:rsidRDefault="001C375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E200F9">
              <w:rPr>
                <w:b/>
                <w:sz w:val="24"/>
                <w:szCs w:val="24"/>
              </w:rPr>
              <w:t xml:space="preserve">     </w:t>
            </w:r>
            <w:r w:rsidRPr="003C57E6">
              <w:rPr>
                <w:b/>
                <w:sz w:val="24"/>
                <w:szCs w:val="24"/>
              </w:rPr>
              <w:t>AV#: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04B2DC8" w14:textId="77777777" w:rsidR="00F02284" w:rsidRPr="003C57E6" w:rsidRDefault="00F02284">
            <w:pPr>
              <w:rPr>
                <w:sz w:val="24"/>
                <w:szCs w:val="24"/>
              </w:rPr>
            </w:pPr>
          </w:p>
        </w:tc>
      </w:tr>
      <w:tr w:rsidR="00F02284" w:rsidRPr="003C57E6" w14:paraId="29842E38" w14:textId="77777777" w:rsidTr="00E200F9">
        <w:tc>
          <w:tcPr>
            <w:tcW w:w="2157" w:type="dxa"/>
          </w:tcPr>
          <w:p w14:paraId="163B74E1" w14:textId="4DA7DFE9" w:rsidR="00F02284" w:rsidRPr="003C57E6" w:rsidRDefault="00E200F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</w:t>
            </w:r>
            <w:r w:rsidR="00F971B6" w:rsidRPr="003C57E6">
              <w:rPr>
                <w:b/>
                <w:sz w:val="24"/>
                <w:szCs w:val="24"/>
              </w:rPr>
              <w:t>Box:</w:t>
            </w:r>
          </w:p>
        </w:tc>
        <w:tc>
          <w:tcPr>
            <w:tcW w:w="13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1FF9DD4" w14:textId="77777777" w:rsidR="00F02284" w:rsidRPr="003C57E6" w:rsidRDefault="00F0228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656896F" w14:textId="4F45A4A0" w:rsidR="00F02284" w:rsidRPr="003C57E6" w:rsidRDefault="001C375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3C57E6">
              <w:rPr>
                <w:b/>
                <w:sz w:val="24"/>
                <w:szCs w:val="24"/>
              </w:rPr>
              <w:t>Folder: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0E342BE" w14:textId="77777777" w:rsidR="00F02284" w:rsidRPr="003C57E6" w:rsidRDefault="00F02284">
            <w:pPr>
              <w:rPr>
                <w:sz w:val="24"/>
                <w:szCs w:val="24"/>
              </w:rPr>
            </w:pPr>
          </w:p>
        </w:tc>
      </w:tr>
    </w:tbl>
    <w:p w14:paraId="4EEDE0DA" w14:textId="77777777" w:rsidR="00F02284" w:rsidRPr="003C57E6" w:rsidRDefault="00000000" w:rsidP="001C375B">
      <w:pPr>
        <w:spacing w:after="0"/>
        <w:rPr>
          <w:sz w:val="24"/>
          <w:szCs w:val="24"/>
        </w:rPr>
      </w:pPr>
      <w:r w:rsidRPr="003C57E6">
        <w:rPr>
          <w:b/>
          <w:sz w:val="24"/>
          <w:szCs w:val="24"/>
        </w:rPr>
        <w:t xml:space="preserve">Notes: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14"/>
      </w:tblGrid>
      <w:tr w:rsidR="00F02284" w:rsidRPr="003C57E6" w14:paraId="74C37D18" w14:textId="77777777" w:rsidTr="0095421E">
        <w:trPr>
          <w:trHeight w:val="1091"/>
        </w:trPr>
        <w:tc>
          <w:tcPr>
            <w:tcW w:w="86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6D7ED9E" w14:textId="77777777" w:rsidR="00F02284" w:rsidRPr="003C57E6" w:rsidRDefault="00F02284">
            <w:pPr>
              <w:rPr>
                <w:sz w:val="24"/>
                <w:szCs w:val="24"/>
              </w:rPr>
            </w:pPr>
          </w:p>
        </w:tc>
      </w:tr>
    </w:tbl>
    <w:p w14:paraId="5F426128" w14:textId="2560E8E4" w:rsidR="001144F8" w:rsidRDefault="001144F8" w:rsidP="001144F8"/>
    <w:p w14:paraId="52D05AFD" w14:textId="18CF2EC8" w:rsidR="0095421E" w:rsidRDefault="00000000" w:rsidP="0095421E">
      <w:pPr>
        <w:pStyle w:val="Heading1"/>
        <w:rPr>
          <w:sz w:val="40"/>
        </w:rPr>
      </w:pPr>
      <w:r>
        <w:rPr>
          <w:sz w:val="40"/>
        </w:rPr>
        <w:t>NOTICE OF DISCARDED CARRIER</w:t>
      </w:r>
    </w:p>
    <w:p w14:paraId="75CAAA7B" w14:textId="70C7D971" w:rsidR="007E047B" w:rsidRPr="007E047B" w:rsidRDefault="007E047B" w:rsidP="007E047B">
      <w:pPr>
        <w:rPr>
          <w:i/>
          <w:iCs/>
        </w:rPr>
      </w:pPr>
      <w:r w:rsidRPr="007E047B">
        <w:rPr>
          <w:i/>
          <w:iCs/>
        </w:rPr>
        <w:t xml:space="preserve">Original AV item </w:t>
      </w:r>
      <w:r w:rsidR="00CB16E4">
        <w:rPr>
          <w:i/>
          <w:iCs/>
        </w:rPr>
        <w:t xml:space="preserve">was </w:t>
      </w:r>
      <w:r w:rsidRPr="007E047B">
        <w:rPr>
          <w:i/>
          <w:iCs/>
        </w:rPr>
        <w:t xml:space="preserve">digitized and </w:t>
      </w:r>
      <w:r w:rsidR="00CB16E4">
        <w:rPr>
          <w:i/>
          <w:iCs/>
        </w:rPr>
        <w:t xml:space="preserve">is </w:t>
      </w:r>
      <w:r w:rsidRPr="007E047B">
        <w:rPr>
          <w:i/>
          <w:iCs/>
        </w:rPr>
        <w:t>available for use through Reference Services.</w:t>
      </w:r>
    </w:p>
    <w:p w14:paraId="749D9B61" w14:textId="77777777" w:rsidR="00F02284" w:rsidRPr="003C57E6" w:rsidRDefault="00000000" w:rsidP="001C375B">
      <w:pPr>
        <w:spacing w:after="0"/>
        <w:rPr>
          <w:sz w:val="24"/>
          <w:szCs w:val="24"/>
        </w:rPr>
      </w:pPr>
      <w:r w:rsidRPr="003C57E6">
        <w:rPr>
          <w:b/>
          <w:sz w:val="24"/>
          <w:szCs w:val="24"/>
        </w:rPr>
        <w:t xml:space="preserve">Title of AV item: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14"/>
      </w:tblGrid>
      <w:tr w:rsidR="00F02284" w:rsidRPr="003C57E6" w14:paraId="1788DC7F" w14:textId="77777777" w:rsidTr="00CF1317">
        <w:tc>
          <w:tcPr>
            <w:tcW w:w="861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5D5EC3C2" w14:textId="77777777" w:rsidR="00F02284" w:rsidRPr="003C57E6" w:rsidRDefault="00F02284">
            <w:pPr>
              <w:rPr>
                <w:sz w:val="24"/>
                <w:szCs w:val="24"/>
              </w:rPr>
            </w:pPr>
          </w:p>
        </w:tc>
      </w:tr>
    </w:tbl>
    <w:p w14:paraId="16ED24D5" w14:textId="77777777" w:rsidR="00CF1317" w:rsidRPr="003C57E6" w:rsidRDefault="00CF1317" w:rsidP="00CF1317">
      <w:pPr>
        <w:spacing w:after="0"/>
        <w:rPr>
          <w:sz w:val="24"/>
          <w:szCs w:val="24"/>
        </w:rPr>
      </w:pPr>
      <w:r w:rsidRPr="003C57E6">
        <w:rPr>
          <w:b/>
          <w:sz w:val="24"/>
          <w:szCs w:val="24"/>
        </w:rPr>
        <w:t xml:space="preserve">Type of audiovisual carrier discarded: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57"/>
        <w:gridCol w:w="1340"/>
        <w:gridCol w:w="1350"/>
        <w:gridCol w:w="1350"/>
      </w:tblGrid>
      <w:tr w:rsidR="00CF1317" w:rsidRPr="003C57E6" w14:paraId="0C09314D" w14:textId="77777777" w:rsidTr="000472D9">
        <w:tc>
          <w:tcPr>
            <w:tcW w:w="6197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22AAC30B" w14:textId="77777777" w:rsidR="00CF1317" w:rsidRPr="003C57E6" w:rsidRDefault="00CF1317" w:rsidP="000472D9">
            <w:pPr>
              <w:rPr>
                <w:sz w:val="24"/>
                <w:szCs w:val="24"/>
              </w:rPr>
            </w:pPr>
          </w:p>
        </w:tc>
      </w:tr>
      <w:tr w:rsidR="00CF1317" w:rsidRPr="003C57E6" w14:paraId="09199100" w14:textId="77777777" w:rsidTr="000472D9">
        <w:tc>
          <w:tcPr>
            <w:tcW w:w="2157" w:type="dxa"/>
          </w:tcPr>
          <w:p w14:paraId="57B50235" w14:textId="77777777" w:rsidR="00CF1317" w:rsidRPr="003C57E6" w:rsidRDefault="00CF1317" w:rsidP="000472D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3C57E6">
              <w:rPr>
                <w:b/>
                <w:sz w:val="24"/>
                <w:szCs w:val="24"/>
              </w:rPr>
              <w:t>Date discarded:</w:t>
            </w:r>
          </w:p>
        </w:tc>
        <w:tc>
          <w:tcPr>
            <w:tcW w:w="13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56227DAD" w14:textId="77777777" w:rsidR="00CF1317" w:rsidRPr="003C57E6" w:rsidRDefault="00CF1317" w:rsidP="000472D9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043C2833" w14:textId="77777777" w:rsidR="00CF1317" w:rsidRPr="003C57E6" w:rsidRDefault="00CF1317" w:rsidP="000472D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3C57E6">
              <w:rPr>
                <w:b/>
                <w:sz w:val="24"/>
                <w:szCs w:val="24"/>
              </w:rPr>
              <w:t>AV#: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2DED18C" w14:textId="77777777" w:rsidR="00CF1317" w:rsidRPr="003C57E6" w:rsidRDefault="00CF1317" w:rsidP="000472D9">
            <w:pPr>
              <w:rPr>
                <w:sz w:val="24"/>
                <w:szCs w:val="24"/>
              </w:rPr>
            </w:pPr>
          </w:p>
        </w:tc>
      </w:tr>
      <w:tr w:rsidR="00CF1317" w:rsidRPr="003C57E6" w14:paraId="7B77DA88" w14:textId="77777777" w:rsidTr="000472D9">
        <w:tc>
          <w:tcPr>
            <w:tcW w:w="2157" w:type="dxa"/>
          </w:tcPr>
          <w:p w14:paraId="34DC55C3" w14:textId="77777777" w:rsidR="00CF1317" w:rsidRPr="003C57E6" w:rsidRDefault="00CF1317" w:rsidP="000472D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</w:t>
            </w:r>
            <w:r w:rsidRPr="003C57E6">
              <w:rPr>
                <w:b/>
                <w:sz w:val="24"/>
                <w:szCs w:val="24"/>
              </w:rPr>
              <w:t>Box:</w:t>
            </w:r>
          </w:p>
        </w:tc>
        <w:tc>
          <w:tcPr>
            <w:tcW w:w="13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3D2EC7D" w14:textId="77777777" w:rsidR="00CF1317" w:rsidRPr="003C57E6" w:rsidRDefault="00CF1317" w:rsidP="000472D9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DC7384C" w14:textId="77777777" w:rsidR="00CF1317" w:rsidRPr="003C57E6" w:rsidRDefault="00CF1317" w:rsidP="000472D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3C57E6">
              <w:rPr>
                <w:b/>
                <w:sz w:val="24"/>
                <w:szCs w:val="24"/>
              </w:rPr>
              <w:t>Folder: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6EC7A0FC" w14:textId="77777777" w:rsidR="00CF1317" w:rsidRPr="003C57E6" w:rsidRDefault="00CF1317" w:rsidP="000472D9">
            <w:pPr>
              <w:rPr>
                <w:sz w:val="24"/>
                <w:szCs w:val="24"/>
              </w:rPr>
            </w:pPr>
          </w:p>
        </w:tc>
      </w:tr>
    </w:tbl>
    <w:p w14:paraId="40077E54" w14:textId="77777777" w:rsidR="00CF1317" w:rsidRPr="003C57E6" w:rsidRDefault="00CF1317" w:rsidP="00CF1317">
      <w:pPr>
        <w:spacing w:after="0"/>
        <w:rPr>
          <w:sz w:val="24"/>
          <w:szCs w:val="24"/>
        </w:rPr>
      </w:pPr>
      <w:r w:rsidRPr="003C57E6">
        <w:rPr>
          <w:b/>
          <w:sz w:val="24"/>
          <w:szCs w:val="24"/>
        </w:rPr>
        <w:t xml:space="preserve">Notes: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14"/>
      </w:tblGrid>
      <w:tr w:rsidR="00CF1317" w:rsidRPr="003C57E6" w14:paraId="0B0B0549" w14:textId="77777777" w:rsidTr="000472D9">
        <w:trPr>
          <w:trHeight w:val="1091"/>
        </w:trPr>
        <w:tc>
          <w:tcPr>
            <w:tcW w:w="86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A863E25" w14:textId="77777777" w:rsidR="00CF1317" w:rsidRPr="003C57E6" w:rsidRDefault="00CF1317" w:rsidP="000472D9">
            <w:pPr>
              <w:rPr>
                <w:sz w:val="24"/>
                <w:szCs w:val="24"/>
              </w:rPr>
            </w:pPr>
          </w:p>
        </w:tc>
      </w:tr>
    </w:tbl>
    <w:p w14:paraId="1AF1856F" w14:textId="77777777" w:rsidR="00C2462A" w:rsidRDefault="00C2462A" w:rsidP="00CF1317">
      <w:pPr>
        <w:spacing w:after="0"/>
      </w:pPr>
    </w:p>
    <w:sectPr w:rsidR="00C2462A" w:rsidSect="001C375B"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9092985">
    <w:abstractNumId w:val="8"/>
  </w:num>
  <w:num w:numId="2" w16cid:durableId="320232947">
    <w:abstractNumId w:val="6"/>
  </w:num>
  <w:num w:numId="3" w16cid:durableId="494222247">
    <w:abstractNumId w:val="5"/>
  </w:num>
  <w:num w:numId="4" w16cid:durableId="771315121">
    <w:abstractNumId w:val="4"/>
  </w:num>
  <w:num w:numId="5" w16cid:durableId="63837908">
    <w:abstractNumId w:val="7"/>
  </w:num>
  <w:num w:numId="6" w16cid:durableId="1720351985">
    <w:abstractNumId w:val="3"/>
  </w:num>
  <w:num w:numId="7" w16cid:durableId="1124538691">
    <w:abstractNumId w:val="2"/>
  </w:num>
  <w:num w:numId="8" w16cid:durableId="2096780155">
    <w:abstractNumId w:val="1"/>
  </w:num>
  <w:num w:numId="9" w16cid:durableId="165348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44F8"/>
    <w:rsid w:val="0015074B"/>
    <w:rsid w:val="001C375B"/>
    <w:rsid w:val="0029639D"/>
    <w:rsid w:val="00326F90"/>
    <w:rsid w:val="003C57E6"/>
    <w:rsid w:val="006A7B0D"/>
    <w:rsid w:val="007E047B"/>
    <w:rsid w:val="0095421E"/>
    <w:rsid w:val="00AA1D8D"/>
    <w:rsid w:val="00AB54E7"/>
    <w:rsid w:val="00B47730"/>
    <w:rsid w:val="00C2462A"/>
    <w:rsid w:val="00CA50E0"/>
    <w:rsid w:val="00CB0664"/>
    <w:rsid w:val="00CB16E4"/>
    <w:rsid w:val="00CF1317"/>
    <w:rsid w:val="00DB45CE"/>
    <w:rsid w:val="00E200F9"/>
    <w:rsid w:val="00F02284"/>
    <w:rsid w:val="00F971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C99574"/>
  <w14:defaultImageDpi w14:val="300"/>
  <w15:docId w15:val="{7F23E449-A0C7-42A3-A6F6-1F3F5862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186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32D91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32D9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32D9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104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10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32D91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B3186D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E32D91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E32D91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E32D9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33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3333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E32D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E32D91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E32D9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77104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7710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E32D91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E32D91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E32D91" w:themeColor="accent1"/>
      </w:pBdr>
      <w:spacing w:before="200" w:after="280"/>
      <w:ind w:left="936" w:right="936"/>
    </w:pPr>
    <w:rPr>
      <w:b/>
      <w:bCs/>
      <w:i/>
      <w:iCs/>
      <w:color w:val="E32D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E32D91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E32D91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830C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830C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8" w:space="0" w:color="E32D91" w:themeColor="accent1"/>
        <w:bottom w:val="single" w:sz="8" w:space="0" w:color="E32D9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  <w:tblBorders>
        <w:top w:val="single" w:sz="8" w:space="0" w:color="C830CC" w:themeColor="accent2"/>
        <w:bottom w:val="single" w:sz="8" w:space="0" w:color="C830C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0CC" w:themeColor="accent2"/>
          <w:left w:val="nil"/>
          <w:bottom w:val="single" w:sz="8" w:space="0" w:color="C830C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0CC" w:themeColor="accent2"/>
          <w:left w:val="nil"/>
          <w:bottom w:val="single" w:sz="8" w:space="0" w:color="C830C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8" w:space="0" w:color="4EA6DC" w:themeColor="accent3"/>
        <w:bottom w:val="single" w:sz="8" w:space="0" w:color="4EA6D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6DC" w:themeColor="accent3"/>
          <w:left w:val="nil"/>
          <w:bottom w:val="single" w:sz="8" w:space="0" w:color="4EA6D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6DC" w:themeColor="accent3"/>
          <w:left w:val="nil"/>
          <w:bottom w:val="single" w:sz="8" w:space="0" w:color="4EA6D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  <w:tblBorders>
        <w:top w:val="single" w:sz="8" w:space="0" w:color="4775E7" w:themeColor="accent4"/>
        <w:bottom w:val="single" w:sz="8" w:space="0" w:color="4775E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5E7" w:themeColor="accent4"/>
          <w:left w:val="nil"/>
          <w:bottom w:val="single" w:sz="8" w:space="0" w:color="4775E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5E7" w:themeColor="accent4"/>
          <w:left w:val="nil"/>
          <w:bottom w:val="single" w:sz="8" w:space="0" w:color="4775E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8" w:space="0" w:color="8971E1" w:themeColor="accent5"/>
        <w:bottom w:val="single" w:sz="8" w:space="0" w:color="8971E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71E1" w:themeColor="accent5"/>
          <w:left w:val="nil"/>
          <w:bottom w:val="single" w:sz="8" w:space="0" w:color="8971E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71E1" w:themeColor="accent5"/>
          <w:left w:val="nil"/>
          <w:bottom w:val="single" w:sz="8" w:space="0" w:color="8971E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8" w:space="0" w:color="D54773" w:themeColor="accent6"/>
        <w:bottom w:val="single" w:sz="8" w:space="0" w:color="D547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4773" w:themeColor="accent6"/>
          <w:left w:val="nil"/>
          <w:bottom w:val="single" w:sz="8" w:space="0" w:color="D547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4773" w:themeColor="accent6"/>
          <w:left w:val="nil"/>
          <w:bottom w:val="single" w:sz="8" w:space="0" w:color="D547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30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band1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6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band1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band1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band1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47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  <w:tblStylePr w:type="band1Horz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1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  <w:shd w:val="clear" w:color="auto" w:fill="F8CAE3" w:themeFill="accent1" w:themeFillTint="3F"/>
      </w:tcPr>
    </w:tblStylePr>
    <w:tblStylePr w:type="band2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  <w:insideH w:val="single" w:sz="8" w:space="0" w:color="C830CC" w:themeColor="accent2"/>
        <w:insideV w:val="single" w:sz="8" w:space="0" w:color="C830C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18" w:space="0" w:color="C830CC" w:themeColor="accent2"/>
          <w:right w:val="single" w:sz="8" w:space="0" w:color="C830CC" w:themeColor="accent2"/>
          <w:insideH w:val="nil"/>
          <w:insideV w:val="single" w:sz="8" w:space="0" w:color="C830C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H w:val="nil"/>
          <w:insideV w:val="single" w:sz="8" w:space="0" w:color="C830C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band1Vert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  <w:shd w:val="clear" w:color="auto" w:fill="F1CBF2" w:themeFill="accent2" w:themeFillTint="3F"/>
      </w:tcPr>
    </w:tblStylePr>
    <w:tblStylePr w:type="band1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V w:val="single" w:sz="8" w:space="0" w:color="C830CC" w:themeColor="accent2"/>
        </w:tcBorders>
        <w:shd w:val="clear" w:color="auto" w:fill="F1CBF2" w:themeFill="accent2" w:themeFillTint="3F"/>
      </w:tcPr>
    </w:tblStylePr>
    <w:tblStylePr w:type="band2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V w:val="single" w:sz="8" w:space="0" w:color="C830C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  <w:insideH w:val="single" w:sz="8" w:space="0" w:color="4EA6DC" w:themeColor="accent3"/>
        <w:insideV w:val="single" w:sz="8" w:space="0" w:color="4EA6D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18" w:space="0" w:color="4EA6DC" w:themeColor="accent3"/>
          <w:right w:val="single" w:sz="8" w:space="0" w:color="4EA6DC" w:themeColor="accent3"/>
          <w:insideH w:val="nil"/>
          <w:insideV w:val="single" w:sz="8" w:space="0" w:color="4EA6D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H w:val="nil"/>
          <w:insideV w:val="single" w:sz="8" w:space="0" w:color="4EA6D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band1Vert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  <w:shd w:val="clear" w:color="auto" w:fill="D3E8F6" w:themeFill="accent3" w:themeFillTint="3F"/>
      </w:tcPr>
    </w:tblStylePr>
    <w:tblStylePr w:type="band1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V w:val="single" w:sz="8" w:space="0" w:color="4EA6DC" w:themeColor="accent3"/>
        </w:tcBorders>
        <w:shd w:val="clear" w:color="auto" w:fill="D3E8F6" w:themeFill="accent3" w:themeFillTint="3F"/>
      </w:tcPr>
    </w:tblStylePr>
    <w:tblStylePr w:type="band2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V w:val="single" w:sz="8" w:space="0" w:color="4EA6DC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  <w:insideH w:val="single" w:sz="8" w:space="0" w:color="4775E7" w:themeColor="accent4"/>
        <w:insideV w:val="single" w:sz="8" w:space="0" w:color="4775E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18" w:space="0" w:color="4775E7" w:themeColor="accent4"/>
          <w:right w:val="single" w:sz="8" w:space="0" w:color="4775E7" w:themeColor="accent4"/>
          <w:insideH w:val="nil"/>
          <w:insideV w:val="single" w:sz="8" w:space="0" w:color="4775E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  <w:insideH w:val="nil"/>
          <w:insideV w:val="single" w:sz="8" w:space="0" w:color="4775E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band1Vert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  <w:shd w:val="clear" w:color="auto" w:fill="D1DCF9" w:themeFill="accent4" w:themeFillTint="3F"/>
      </w:tcPr>
    </w:tblStylePr>
    <w:tblStylePr w:type="band1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  <w:insideV w:val="single" w:sz="8" w:space="0" w:color="4775E7" w:themeColor="accent4"/>
        </w:tcBorders>
        <w:shd w:val="clear" w:color="auto" w:fill="D1DCF9" w:themeFill="accent4" w:themeFillTint="3F"/>
      </w:tcPr>
    </w:tblStylePr>
    <w:tblStylePr w:type="band2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  <w:insideV w:val="single" w:sz="8" w:space="0" w:color="4775E7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  <w:insideH w:val="single" w:sz="8" w:space="0" w:color="8971E1" w:themeColor="accent5"/>
        <w:insideV w:val="single" w:sz="8" w:space="0" w:color="8971E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18" w:space="0" w:color="8971E1" w:themeColor="accent5"/>
          <w:right w:val="single" w:sz="8" w:space="0" w:color="8971E1" w:themeColor="accent5"/>
          <w:insideH w:val="nil"/>
          <w:insideV w:val="single" w:sz="8" w:space="0" w:color="8971E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  <w:insideH w:val="nil"/>
          <w:insideV w:val="single" w:sz="8" w:space="0" w:color="8971E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band1Vert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  <w:shd w:val="clear" w:color="auto" w:fill="E1DBF7" w:themeFill="accent5" w:themeFillTint="3F"/>
      </w:tcPr>
    </w:tblStylePr>
    <w:tblStylePr w:type="band1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  <w:insideV w:val="single" w:sz="8" w:space="0" w:color="8971E1" w:themeColor="accent5"/>
        </w:tcBorders>
        <w:shd w:val="clear" w:color="auto" w:fill="E1DBF7" w:themeFill="accent5" w:themeFillTint="3F"/>
      </w:tcPr>
    </w:tblStylePr>
    <w:tblStylePr w:type="band2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  <w:insideV w:val="single" w:sz="8" w:space="0" w:color="8971E1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  <w:insideH w:val="single" w:sz="8" w:space="0" w:color="D54773" w:themeColor="accent6"/>
        <w:insideV w:val="single" w:sz="8" w:space="0" w:color="D547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18" w:space="0" w:color="D54773" w:themeColor="accent6"/>
          <w:right w:val="single" w:sz="8" w:space="0" w:color="D54773" w:themeColor="accent6"/>
          <w:insideH w:val="nil"/>
          <w:insideV w:val="single" w:sz="8" w:space="0" w:color="D547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  <w:insideH w:val="nil"/>
          <w:insideV w:val="single" w:sz="8" w:space="0" w:color="D547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  <w:tblStylePr w:type="band1Vert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  <w:shd w:val="clear" w:color="auto" w:fill="F4D1DC" w:themeFill="accent6" w:themeFillTint="3F"/>
      </w:tcPr>
    </w:tblStylePr>
    <w:tblStylePr w:type="band1Horz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  <w:insideV w:val="single" w:sz="8" w:space="0" w:color="D54773" w:themeColor="accent6"/>
        </w:tcBorders>
        <w:shd w:val="clear" w:color="auto" w:fill="F4D1DC" w:themeFill="accent6" w:themeFillTint="3F"/>
      </w:tcPr>
    </w:tblStylePr>
    <w:tblStylePr w:type="band2Horz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  <w:insideV w:val="single" w:sz="8" w:space="0" w:color="D54773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A61AC" w:themeColor="accent1" w:themeTint="BF"/>
        <w:left w:val="single" w:sz="8" w:space="0" w:color="EA61AC" w:themeColor="accent1" w:themeTint="BF"/>
        <w:bottom w:val="single" w:sz="8" w:space="0" w:color="EA61AC" w:themeColor="accent1" w:themeTint="BF"/>
        <w:right w:val="single" w:sz="8" w:space="0" w:color="EA61AC" w:themeColor="accent1" w:themeTint="BF"/>
        <w:insideH w:val="single" w:sz="8" w:space="0" w:color="EA61A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61AC" w:themeColor="accent1" w:themeTint="BF"/>
          <w:left w:val="single" w:sz="8" w:space="0" w:color="EA61AC" w:themeColor="accent1" w:themeTint="BF"/>
          <w:bottom w:val="single" w:sz="8" w:space="0" w:color="EA61AC" w:themeColor="accent1" w:themeTint="BF"/>
          <w:right w:val="single" w:sz="8" w:space="0" w:color="EA61AC" w:themeColor="accent1" w:themeTint="BF"/>
          <w:insideH w:val="nil"/>
          <w:insideV w:val="nil"/>
        </w:tcBorders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1AC" w:themeColor="accent1" w:themeTint="BF"/>
          <w:left w:val="single" w:sz="8" w:space="0" w:color="EA61AC" w:themeColor="accent1" w:themeTint="BF"/>
          <w:bottom w:val="single" w:sz="8" w:space="0" w:color="EA61AC" w:themeColor="accent1" w:themeTint="BF"/>
          <w:right w:val="single" w:sz="8" w:space="0" w:color="EA61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A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A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662DA" w:themeColor="accent2" w:themeTint="BF"/>
        <w:left w:val="single" w:sz="8" w:space="0" w:color="D662DA" w:themeColor="accent2" w:themeTint="BF"/>
        <w:bottom w:val="single" w:sz="8" w:space="0" w:color="D662DA" w:themeColor="accent2" w:themeTint="BF"/>
        <w:right w:val="single" w:sz="8" w:space="0" w:color="D662DA" w:themeColor="accent2" w:themeTint="BF"/>
        <w:insideH w:val="single" w:sz="8" w:space="0" w:color="D662D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62DA" w:themeColor="accent2" w:themeTint="BF"/>
          <w:left w:val="single" w:sz="8" w:space="0" w:color="D662DA" w:themeColor="accent2" w:themeTint="BF"/>
          <w:bottom w:val="single" w:sz="8" w:space="0" w:color="D662DA" w:themeColor="accent2" w:themeTint="BF"/>
          <w:right w:val="single" w:sz="8" w:space="0" w:color="D662DA" w:themeColor="accent2" w:themeTint="BF"/>
          <w:insideH w:val="nil"/>
          <w:insideV w:val="nil"/>
        </w:tcBorders>
        <w:shd w:val="clear" w:color="auto" w:fill="C830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62DA" w:themeColor="accent2" w:themeTint="BF"/>
          <w:left w:val="single" w:sz="8" w:space="0" w:color="D662DA" w:themeColor="accent2" w:themeTint="BF"/>
          <w:bottom w:val="single" w:sz="8" w:space="0" w:color="D662DA" w:themeColor="accent2" w:themeTint="BF"/>
          <w:right w:val="single" w:sz="8" w:space="0" w:color="D662D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BF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BCE4" w:themeColor="accent3" w:themeTint="BF"/>
        <w:left w:val="single" w:sz="8" w:space="0" w:color="7ABCE4" w:themeColor="accent3" w:themeTint="BF"/>
        <w:bottom w:val="single" w:sz="8" w:space="0" w:color="7ABCE4" w:themeColor="accent3" w:themeTint="BF"/>
        <w:right w:val="single" w:sz="8" w:space="0" w:color="7ABCE4" w:themeColor="accent3" w:themeTint="BF"/>
        <w:insideH w:val="single" w:sz="8" w:space="0" w:color="7ABC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BCE4" w:themeColor="accent3" w:themeTint="BF"/>
          <w:left w:val="single" w:sz="8" w:space="0" w:color="7ABCE4" w:themeColor="accent3" w:themeTint="BF"/>
          <w:bottom w:val="single" w:sz="8" w:space="0" w:color="7ABCE4" w:themeColor="accent3" w:themeTint="BF"/>
          <w:right w:val="single" w:sz="8" w:space="0" w:color="7ABCE4" w:themeColor="accent3" w:themeTint="BF"/>
          <w:insideH w:val="nil"/>
          <w:insideV w:val="nil"/>
        </w:tcBorders>
        <w:shd w:val="clear" w:color="auto" w:fill="4EA6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CE4" w:themeColor="accent3" w:themeTint="BF"/>
          <w:left w:val="single" w:sz="8" w:space="0" w:color="7ABCE4" w:themeColor="accent3" w:themeTint="BF"/>
          <w:bottom w:val="single" w:sz="8" w:space="0" w:color="7ABCE4" w:themeColor="accent3" w:themeTint="BF"/>
          <w:right w:val="single" w:sz="8" w:space="0" w:color="7ABC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8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8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597ED" w:themeColor="accent4" w:themeTint="BF"/>
        <w:left w:val="single" w:sz="8" w:space="0" w:color="7597ED" w:themeColor="accent4" w:themeTint="BF"/>
        <w:bottom w:val="single" w:sz="8" w:space="0" w:color="7597ED" w:themeColor="accent4" w:themeTint="BF"/>
        <w:right w:val="single" w:sz="8" w:space="0" w:color="7597ED" w:themeColor="accent4" w:themeTint="BF"/>
        <w:insideH w:val="single" w:sz="8" w:space="0" w:color="7597E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97ED" w:themeColor="accent4" w:themeTint="BF"/>
          <w:left w:val="single" w:sz="8" w:space="0" w:color="7597ED" w:themeColor="accent4" w:themeTint="BF"/>
          <w:bottom w:val="single" w:sz="8" w:space="0" w:color="7597ED" w:themeColor="accent4" w:themeTint="BF"/>
          <w:right w:val="single" w:sz="8" w:space="0" w:color="7597ED" w:themeColor="accent4" w:themeTint="BF"/>
          <w:insideH w:val="nil"/>
          <w:insideV w:val="nil"/>
        </w:tcBorders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7ED" w:themeColor="accent4" w:themeTint="BF"/>
          <w:left w:val="single" w:sz="8" w:space="0" w:color="7597ED" w:themeColor="accent4" w:themeTint="BF"/>
          <w:bottom w:val="single" w:sz="8" w:space="0" w:color="7597ED" w:themeColor="accent4" w:themeTint="BF"/>
          <w:right w:val="single" w:sz="8" w:space="0" w:color="7597E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694E8" w:themeColor="accent5" w:themeTint="BF"/>
        <w:left w:val="single" w:sz="8" w:space="0" w:color="A694E8" w:themeColor="accent5" w:themeTint="BF"/>
        <w:bottom w:val="single" w:sz="8" w:space="0" w:color="A694E8" w:themeColor="accent5" w:themeTint="BF"/>
        <w:right w:val="single" w:sz="8" w:space="0" w:color="A694E8" w:themeColor="accent5" w:themeTint="BF"/>
        <w:insideH w:val="single" w:sz="8" w:space="0" w:color="A694E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94E8" w:themeColor="accent5" w:themeTint="BF"/>
          <w:left w:val="single" w:sz="8" w:space="0" w:color="A694E8" w:themeColor="accent5" w:themeTint="BF"/>
          <w:bottom w:val="single" w:sz="8" w:space="0" w:color="A694E8" w:themeColor="accent5" w:themeTint="BF"/>
          <w:right w:val="single" w:sz="8" w:space="0" w:color="A694E8" w:themeColor="accent5" w:themeTint="BF"/>
          <w:insideH w:val="nil"/>
          <w:insideV w:val="nil"/>
        </w:tcBorders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94E8" w:themeColor="accent5" w:themeTint="BF"/>
          <w:left w:val="single" w:sz="8" w:space="0" w:color="A694E8" w:themeColor="accent5" w:themeTint="BF"/>
          <w:bottom w:val="single" w:sz="8" w:space="0" w:color="A694E8" w:themeColor="accent5" w:themeTint="BF"/>
          <w:right w:val="single" w:sz="8" w:space="0" w:color="A694E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F7596" w:themeColor="accent6" w:themeTint="BF"/>
        <w:left w:val="single" w:sz="8" w:space="0" w:color="DF7596" w:themeColor="accent6" w:themeTint="BF"/>
        <w:bottom w:val="single" w:sz="8" w:space="0" w:color="DF7596" w:themeColor="accent6" w:themeTint="BF"/>
        <w:right w:val="single" w:sz="8" w:space="0" w:color="DF7596" w:themeColor="accent6" w:themeTint="BF"/>
        <w:insideH w:val="single" w:sz="8" w:space="0" w:color="DF759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7596" w:themeColor="accent6" w:themeTint="BF"/>
          <w:left w:val="single" w:sz="8" w:space="0" w:color="DF7596" w:themeColor="accent6" w:themeTint="BF"/>
          <w:bottom w:val="single" w:sz="8" w:space="0" w:color="DF7596" w:themeColor="accent6" w:themeTint="BF"/>
          <w:right w:val="single" w:sz="8" w:space="0" w:color="DF7596" w:themeColor="accent6" w:themeTint="BF"/>
          <w:insideH w:val="nil"/>
          <w:insideV w:val="nil"/>
        </w:tcBorders>
        <w:shd w:val="clear" w:color="auto" w:fill="D547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7596" w:themeColor="accent6" w:themeTint="BF"/>
          <w:left w:val="single" w:sz="8" w:space="0" w:color="DF7596" w:themeColor="accent6" w:themeTint="BF"/>
          <w:bottom w:val="single" w:sz="8" w:space="0" w:color="DF7596" w:themeColor="accent6" w:themeTint="BF"/>
          <w:right w:val="single" w:sz="8" w:space="0" w:color="DF759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1D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1D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2D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2D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30C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3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30C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6D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6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6D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5E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75E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71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971E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47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47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47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2D91" w:themeColor="accent1"/>
        <w:bottom w:val="single" w:sz="8" w:space="0" w:color="E32D9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2D91" w:themeColor="accen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E32D91" w:themeColor="accent1"/>
          <w:bottom w:val="single" w:sz="8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2D91" w:themeColor="accent1"/>
          <w:bottom w:val="single" w:sz="8" w:space="0" w:color="E32D91" w:themeColor="accent1"/>
        </w:tcBorders>
      </w:tcPr>
    </w:tblStylePr>
    <w:tblStylePr w:type="band1Vert">
      <w:tblPr/>
      <w:tcPr>
        <w:shd w:val="clear" w:color="auto" w:fill="F8CAE3" w:themeFill="accent1" w:themeFillTint="3F"/>
      </w:tcPr>
    </w:tblStylePr>
    <w:tblStylePr w:type="band1Horz">
      <w:tblPr/>
      <w:tcPr>
        <w:shd w:val="clear" w:color="auto" w:fill="F8CAE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830CC" w:themeColor="accent2"/>
        <w:bottom w:val="single" w:sz="8" w:space="0" w:color="C830C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30CC" w:themeColor="accent2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C830CC" w:themeColor="accent2"/>
          <w:bottom w:val="single" w:sz="8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30CC" w:themeColor="accent2"/>
          <w:bottom w:val="single" w:sz="8" w:space="0" w:color="C830CC" w:themeColor="accent2"/>
        </w:tcBorders>
      </w:tcPr>
    </w:tblStylePr>
    <w:tblStylePr w:type="band1Vert">
      <w:tblPr/>
      <w:tcPr>
        <w:shd w:val="clear" w:color="auto" w:fill="F1CBF2" w:themeFill="accent2" w:themeFillTint="3F"/>
      </w:tcPr>
    </w:tblStylePr>
    <w:tblStylePr w:type="band1Horz">
      <w:tblPr/>
      <w:tcPr>
        <w:shd w:val="clear" w:color="auto" w:fill="F1CBF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6DC" w:themeColor="accent3"/>
        <w:bottom w:val="single" w:sz="8" w:space="0" w:color="4EA6D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6DC" w:themeColor="accent3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4EA6DC" w:themeColor="accent3"/>
          <w:bottom w:val="single" w:sz="8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6DC" w:themeColor="accent3"/>
          <w:bottom w:val="single" w:sz="8" w:space="0" w:color="4EA6DC" w:themeColor="accent3"/>
        </w:tcBorders>
      </w:tcPr>
    </w:tblStylePr>
    <w:tblStylePr w:type="band1Vert">
      <w:tblPr/>
      <w:tcPr>
        <w:shd w:val="clear" w:color="auto" w:fill="D3E8F6" w:themeFill="accent3" w:themeFillTint="3F"/>
      </w:tcPr>
    </w:tblStylePr>
    <w:tblStylePr w:type="band1Horz">
      <w:tblPr/>
      <w:tcPr>
        <w:shd w:val="clear" w:color="auto" w:fill="D3E8F6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775E7" w:themeColor="accent4"/>
        <w:bottom w:val="single" w:sz="8" w:space="0" w:color="4775E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75E7" w:themeColor="accent4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4775E7" w:themeColor="accent4"/>
          <w:bottom w:val="single" w:sz="8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75E7" w:themeColor="accent4"/>
          <w:bottom w:val="single" w:sz="8" w:space="0" w:color="4775E7" w:themeColor="accent4"/>
        </w:tcBorders>
      </w:tcPr>
    </w:tblStylePr>
    <w:tblStylePr w:type="band1Vert">
      <w:tblPr/>
      <w:tcPr>
        <w:shd w:val="clear" w:color="auto" w:fill="D1DCF9" w:themeFill="accent4" w:themeFillTint="3F"/>
      </w:tcPr>
    </w:tblStylePr>
    <w:tblStylePr w:type="band1Horz">
      <w:tblPr/>
      <w:tcPr>
        <w:shd w:val="clear" w:color="auto" w:fill="D1DCF9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971E1" w:themeColor="accent5"/>
        <w:bottom w:val="single" w:sz="8" w:space="0" w:color="8971E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971E1" w:themeColor="accent5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8971E1" w:themeColor="accent5"/>
          <w:bottom w:val="single" w:sz="8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971E1" w:themeColor="accent5"/>
          <w:bottom w:val="single" w:sz="8" w:space="0" w:color="8971E1" w:themeColor="accent5"/>
        </w:tcBorders>
      </w:tcPr>
    </w:tblStylePr>
    <w:tblStylePr w:type="band1Vert">
      <w:tblPr/>
      <w:tcPr>
        <w:shd w:val="clear" w:color="auto" w:fill="E1DBF7" w:themeFill="accent5" w:themeFillTint="3F"/>
      </w:tcPr>
    </w:tblStylePr>
    <w:tblStylePr w:type="band1Horz">
      <w:tblPr/>
      <w:tcPr>
        <w:shd w:val="clear" w:color="auto" w:fill="E1DBF7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4773" w:themeColor="accent6"/>
        <w:bottom w:val="single" w:sz="8" w:space="0" w:color="D547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4773" w:themeColor="accent6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D54773" w:themeColor="accent6"/>
          <w:bottom w:val="single" w:sz="8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4773" w:themeColor="accent6"/>
          <w:bottom w:val="single" w:sz="8" w:space="0" w:color="D54773" w:themeColor="accent6"/>
        </w:tcBorders>
      </w:tcPr>
    </w:tblStylePr>
    <w:tblStylePr w:type="band1Vert">
      <w:tblPr/>
      <w:tcPr>
        <w:shd w:val="clear" w:color="auto" w:fill="F4D1DC" w:themeFill="accent6" w:themeFillTint="3F"/>
      </w:tcPr>
    </w:tblStylePr>
    <w:tblStylePr w:type="band1Horz">
      <w:tblPr/>
      <w:tcPr>
        <w:shd w:val="clear" w:color="auto" w:fill="F4D1DC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2D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2D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2D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2D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A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830C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30C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30C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BF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6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6D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6D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6D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8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75E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75E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75E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75E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971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971E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971E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971E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47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5477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47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47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1D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A61AC" w:themeColor="accent1" w:themeTint="BF"/>
        <w:left w:val="single" w:sz="8" w:space="0" w:color="EA61AC" w:themeColor="accent1" w:themeTint="BF"/>
        <w:bottom w:val="single" w:sz="8" w:space="0" w:color="EA61AC" w:themeColor="accent1" w:themeTint="BF"/>
        <w:right w:val="single" w:sz="8" w:space="0" w:color="EA61AC" w:themeColor="accent1" w:themeTint="BF"/>
        <w:insideH w:val="single" w:sz="8" w:space="0" w:color="EA61AC" w:themeColor="accent1" w:themeTint="BF"/>
        <w:insideV w:val="single" w:sz="8" w:space="0" w:color="EA61AC" w:themeColor="accent1" w:themeTint="BF"/>
      </w:tblBorders>
    </w:tblPr>
    <w:tcPr>
      <w:shd w:val="clear" w:color="auto" w:fill="F8CAE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61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shd w:val="clear" w:color="auto" w:fill="F196C8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662DA" w:themeColor="accent2" w:themeTint="BF"/>
        <w:left w:val="single" w:sz="8" w:space="0" w:color="D662DA" w:themeColor="accent2" w:themeTint="BF"/>
        <w:bottom w:val="single" w:sz="8" w:space="0" w:color="D662DA" w:themeColor="accent2" w:themeTint="BF"/>
        <w:right w:val="single" w:sz="8" w:space="0" w:color="D662DA" w:themeColor="accent2" w:themeTint="BF"/>
        <w:insideH w:val="single" w:sz="8" w:space="0" w:color="D662DA" w:themeColor="accent2" w:themeTint="BF"/>
        <w:insideV w:val="single" w:sz="8" w:space="0" w:color="D662DA" w:themeColor="accent2" w:themeTint="BF"/>
      </w:tblBorders>
    </w:tblPr>
    <w:tcPr>
      <w:shd w:val="clear" w:color="auto" w:fill="F1CB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62D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96E6" w:themeFill="accent2" w:themeFillTint="7F"/>
      </w:tcPr>
    </w:tblStylePr>
    <w:tblStylePr w:type="band1Horz">
      <w:tblPr/>
      <w:tcPr>
        <w:shd w:val="clear" w:color="auto" w:fill="E496E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BCE4" w:themeColor="accent3" w:themeTint="BF"/>
        <w:left w:val="single" w:sz="8" w:space="0" w:color="7ABCE4" w:themeColor="accent3" w:themeTint="BF"/>
        <w:bottom w:val="single" w:sz="8" w:space="0" w:color="7ABCE4" w:themeColor="accent3" w:themeTint="BF"/>
        <w:right w:val="single" w:sz="8" w:space="0" w:color="7ABCE4" w:themeColor="accent3" w:themeTint="BF"/>
        <w:insideH w:val="single" w:sz="8" w:space="0" w:color="7ABCE4" w:themeColor="accent3" w:themeTint="BF"/>
        <w:insideV w:val="single" w:sz="8" w:space="0" w:color="7ABCE4" w:themeColor="accent3" w:themeTint="BF"/>
      </w:tblBorders>
    </w:tblPr>
    <w:tcPr>
      <w:shd w:val="clear" w:color="auto" w:fill="D3E8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BC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ED" w:themeFill="accent3" w:themeFillTint="7F"/>
      </w:tcPr>
    </w:tblStylePr>
    <w:tblStylePr w:type="band1Horz">
      <w:tblPr/>
      <w:tcPr>
        <w:shd w:val="clear" w:color="auto" w:fill="A6D2ED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597ED" w:themeColor="accent4" w:themeTint="BF"/>
        <w:left w:val="single" w:sz="8" w:space="0" w:color="7597ED" w:themeColor="accent4" w:themeTint="BF"/>
        <w:bottom w:val="single" w:sz="8" w:space="0" w:color="7597ED" w:themeColor="accent4" w:themeTint="BF"/>
        <w:right w:val="single" w:sz="8" w:space="0" w:color="7597ED" w:themeColor="accent4" w:themeTint="BF"/>
        <w:insideH w:val="single" w:sz="8" w:space="0" w:color="7597ED" w:themeColor="accent4" w:themeTint="BF"/>
        <w:insideV w:val="single" w:sz="8" w:space="0" w:color="7597ED" w:themeColor="accent4" w:themeTint="BF"/>
      </w:tblBorders>
    </w:tblPr>
    <w:tcPr>
      <w:shd w:val="clear" w:color="auto" w:fill="D1DCF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7E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AF3" w:themeFill="accent4" w:themeFillTint="7F"/>
      </w:tcPr>
    </w:tblStylePr>
    <w:tblStylePr w:type="band1Horz">
      <w:tblPr/>
      <w:tcPr>
        <w:shd w:val="clear" w:color="auto" w:fill="A3BA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694E8" w:themeColor="accent5" w:themeTint="BF"/>
        <w:left w:val="single" w:sz="8" w:space="0" w:color="A694E8" w:themeColor="accent5" w:themeTint="BF"/>
        <w:bottom w:val="single" w:sz="8" w:space="0" w:color="A694E8" w:themeColor="accent5" w:themeTint="BF"/>
        <w:right w:val="single" w:sz="8" w:space="0" w:color="A694E8" w:themeColor="accent5" w:themeTint="BF"/>
        <w:insideH w:val="single" w:sz="8" w:space="0" w:color="A694E8" w:themeColor="accent5" w:themeTint="BF"/>
        <w:insideV w:val="single" w:sz="8" w:space="0" w:color="A694E8" w:themeColor="accent5" w:themeTint="BF"/>
      </w:tblBorders>
    </w:tblPr>
    <w:tcPr>
      <w:shd w:val="clear" w:color="auto" w:fill="E1DB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94E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B8F0" w:themeFill="accent5" w:themeFillTint="7F"/>
      </w:tcPr>
    </w:tblStylePr>
    <w:tblStylePr w:type="band1Horz">
      <w:tblPr/>
      <w:tcPr>
        <w:shd w:val="clear" w:color="auto" w:fill="C4B8F0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F7596" w:themeColor="accent6" w:themeTint="BF"/>
        <w:left w:val="single" w:sz="8" w:space="0" w:color="DF7596" w:themeColor="accent6" w:themeTint="BF"/>
        <w:bottom w:val="single" w:sz="8" w:space="0" w:color="DF7596" w:themeColor="accent6" w:themeTint="BF"/>
        <w:right w:val="single" w:sz="8" w:space="0" w:color="DF7596" w:themeColor="accent6" w:themeTint="BF"/>
        <w:insideH w:val="single" w:sz="8" w:space="0" w:color="DF7596" w:themeColor="accent6" w:themeTint="BF"/>
        <w:insideV w:val="single" w:sz="8" w:space="0" w:color="DF7596" w:themeColor="accent6" w:themeTint="BF"/>
      </w:tblBorders>
    </w:tblPr>
    <w:tcPr>
      <w:shd w:val="clear" w:color="auto" w:fill="F4D1D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759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A3B9" w:themeFill="accent6" w:themeFillTint="7F"/>
      </w:tcPr>
    </w:tblStylePr>
    <w:tblStylePr w:type="band1Horz">
      <w:tblPr/>
      <w:tcPr>
        <w:shd w:val="clear" w:color="auto" w:fill="EAA3B9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</w:tblPr>
    <w:tcPr>
      <w:shd w:val="clear" w:color="auto" w:fill="F8CAE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E8" w:themeFill="accent1" w:themeFillTint="33"/>
      </w:tc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tcBorders>
          <w:insideH w:val="single" w:sz="6" w:space="0" w:color="E32D91" w:themeColor="accent1"/>
          <w:insideV w:val="single" w:sz="6" w:space="0" w:color="E32D91" w:themeColor="accent1"/>
        </w:tcBorders>
        <w:shd w:val="clear" w:color="auto" w:fill="F196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  <w:insideH w:val="single" w:sz="8" w:space="0" w:color="C830CC" w:themeColor="accent2"/>
        <w:insideV w:val="single" w:sz="8" w:space="0" w:color="C830CC" w:themeColor="accent2"/>
      </w:tblBorders>
    </w:tblPr>
    <w:tcPr>
      <w:shd w:val="clear" w:color="auto" w:fill="F1CB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A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5F5" w:themeFill="accent2" w:themeFillTint="33"/>
      </w:tcPr>
    </w:tblStylePr>
    <w:tblStylePr w:type="band1Vert">
      <w:tblPr/>
      <w:tcPr>
        <w:shd w:val="clear" w:color="auto" w:fill="E496E6" w:themeFill="accent2" w:themeFillTint="7F"/>
      </w:tcPr>
    </w:tblStylePr>
    <w:tblStylePr w:type="band1Horz">
      <w:tblPr/>
      <w:tcPr>
        <w:tcBorders>
          <w:insideH w:val="single" w:sz="6" w:space="0" w:color="C830CC" w:themeColor="accent2"/>
          <w:insideV w:val="single" w:sz="6" w:space="0" w:color="C830CC" w:themeColor="accent2"/>
        </w:tcBorders>
        <w:shd w:val="clear" w:color="auto" w:fill="E496E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  <w:insideH w:val="single" w:sz="8" w:space="0" w:color="4EA6DC" w:themeColor="accent3"/>
        <w:insideV w:val="single" w:sz="8" w:space="0" w:color="4EA6DC" w:themeColor="accent3"/>
      </w:tblBorders>
    </w:tblPr>
    <w:tcPr>
      <w:shd w:val="clear" w:color="auto" w:fill="D3E8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F8" w:themeFill="accent3" w:themeFillTint="33"/>
      </w:tcPr>
    </w:tblStylePr>
    <w:tblStylePr w:type="band1Vert">
      <w:tblPr/>
      <w:tcPr>
        <w:shd w:val="clear" w:color="auto" w:fill="A6D2ED" w:themeFill="accent3" w:themeFillTint="7F"/>
      </w:tcPr>
    </w:tblStylePr>
    <w:tblStylePr w:type="band1Horz">
      <w:tblPr/>
      <w:tcPr>
        <w:tcBorders>
          <w:insideH w:val="single" w:sz="6" w:space="0" w:color="4EA6DC" w:themeColor="accent3"/>
          <w:insideV w:val="single" w:sz="6" w:space="0" w:color="4EA6DC" w:themeColor="accent3"/>
        </w:tcBorders>
        <w:shd w:val="clear" w:color="auto" w:fill="A6D2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  <w:insideH w:val="single" w:sz="8" w:space="0" w:color="4775E7" w:themeColor="accent4"/>
        <w:insideV w:val="single" w:sz="8" w:space="0" w:color="4775E7" w:themeColor="accent4"/>
      </w:tblBorders>
    </w:tblPr>
    <w:tcPr>
      <w:shd w:val="clear" w:color="auto" w:fill="D1DCF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A" w:themeFill="accent4" w:themeFillTint="33"/>
      </w:tcPr>
    </w:tblStylePr>
    <w:tblStylePr w:type="band1Vert">
      <w:tblPr/>
      <w:tcPr>
        <w:shd w:val="clear" w:color="auto" w:fill="A3BAF3" w:themeFill="accent4" w:themeFillTint="7F"/>
      </w:tcPr>
    </w:tblStylePr>
    <w:tblStylePr w:type="band1Horz">
      <w:tblPr/>
      <w:tcPr>
        <w:tcBorders>
          <w:insideH w:val="single" w:sz="6" w:space="0" w:color="4775E7" w:themeColor="accent4"/>
          <w:insideV w:val="single" w:sz="6" w:space="0" w:color="4775E7" w:themeColor="accent4"/>
        </w:tcBorders>
        <w:shd w:val="clear" w:color="auto" w:fill="A3BA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  <w:insideH w:val="single" w:sz="8" w:space="0" w:color="8971E1" w:themeColor="accent5"/>
        <w:insideV w:val="single" w:sz="8" w:space="0" w:color="8971E1" w:themeColor="accent5"/>
      </w:tblBorders>
    </w:tblPr>
    <w:tcPr>
      <w:shd w:val="clear" w:color="auto" w:fill="E1DB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F9" w:themeFill="accent5" w:themeFillTint="33"/>
      </w:tcPr>
    </w:tblStylePr>
    <w:tblStylePr w:type="band1Vert">
      <w:tblPr/>
      <w:tcPr>
        <w:shd w:val="clear" w:color="auto" w:fill="C4B8F0" w:themeFill="accent5" w:themeFillTint="7F"/>
      </w:tcPr>
    </w:tblStylePr>
    <w:tblStylePr w:type="band1Horz">
      <w:tblPr/>
      <w:tcPr>
        <w:tcBorders>
          <w:insideH w:val="single" w:sz="6" w:space="0" w:color="8971E1" w:themeColor="accent5"/>
          <w:insideV w:val="single" w:sz="6" w:space="0" w:color="8971E1" w:themeColor="accent5"/>
        </w:tcBorders>
        <w:shd w:val="clear" w:color="auto" w:fill="C4B8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  <w:insideH w:val="single" w:sz="8" w:space="0" w:color="D54773" w:themeColor="accent6"/>
        <w:insideV w:val="single" w:sz="8" w:space="0" w:color="D54773" w:themeColor="accent6"/>
      </w:tblBorders>
    </w:tblPr>
    <w:tcPr>
      <w:shd w:val="clear" w:color="auto" w:fill="F4D1D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AE2" w:themeFill="accent6" w:themeFillTint="33"/>
      </w:tcPr>
    </w:tblStylePr>
    <w:tblStylePr w:type="band1Vert">
      <w:tblPr/>
      <w:tcPr>
        <w:shd w:val="clear" w:color="auto" w:fill="EAA3B9" w:themeFill="accent6" w:themeFillTint="7F"/>
      </w:tcPr>
    </w:tblStylePr>
    <w:tblStylePr w:type="band1Horz">
      <w:tblPr/>
      <w:tcPr>
        <w:tcBorders>
          <w:insideH w:val="single" w:sz="6" w:space="0" w:color="D54773" w:themeColor="accent6"/>
          <w:insideV w:val="single" w:sz="6" w:space="0" w:color="D54773" w:themeColor="accent6"/>
        </w:tcBorders>
        <w:shd w:val="clear" w:color="auto" w:fill="EAA3B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AE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2D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2D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2D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96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96C8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CB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0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0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30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96E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96E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8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6D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6D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6D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6D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2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2ED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C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5E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5E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75E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A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BA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B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71E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71E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971E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B8F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B8F0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1D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47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47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47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A3B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A3B9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2D9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10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18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18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8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86D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830C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18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24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24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24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2498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6D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567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81B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81B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1B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1B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75E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328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4BC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4BC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BC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BC7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971E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1D8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2CD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2CD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2CD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2CD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47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1A3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275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275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75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750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30C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30CC" w:themeColor="accent2"/>
        <w:left w:val="single" w:sz="4" w:space="0" w:color="E32D91" w:themeColor="accent1"/>
        <w:bottom w:val="single" w:sz="4" w:space="0" w:color="E32D91" w:themeColor="accent1"/>
        <w:right w:val="single" w:sz="4" w:space="0" w:color="E32D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13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1357" w:themeColor="accent1" w:themeShade="99"/>
          <w:insideV w:val="nil"/>
        </w:tcBorders>
        <w:shd w:val="clear" w:color="auto" w:fill="8F13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1357" w:themeFill="accent1" w:themeFillShade="99"/>
      </w:tcPr>
    </w:tblStylePr>
    <w:tblStylePr w:type="band1Vert">
      <w:tblPr/>
      <w:tcPr>
        <w:shd w:val="clear" w:color="auto" w:fill="F3AAD2" w:themeFill="accent1" w:themeFillTint="66"/>
      </w:tcPr>
    </w:tblStylePr>
    <w:tblStylePr w:type="band1Horz">
      <w:tblPr/>
      <w:tcPr>
        <w:shd w:val="clear" w:color="auto" w:fill="F196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30CC" w:themeColor="accent2"/>
        <w:left w:val="single" w:sz="4" w:space="0" w:color="C830CC" w:themeColor="accent2"/>
        <w:bottom w:val="single" w:sz="4" w:space="0" w:color="C830CC" w:themeColor="accent2"/>
        <w:right w:val="single" w:sz="4" w:space="0" w:color="C830C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C7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C7A" w:themeColor="accent2" w:themeShade="99"/>
          <w:insideV w:val="nil"/>
        </w:tcBorders>
        <w:shd w:val="clear" w:color="auto" w:fill="771C7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C7A" w:themeFill="accent2" w:themeFillShade="99"/>
      </w:tcPr>
    </w:tblStylePr>
    <w:tblStylePr w:type="band1Vert">
      <w:tblPr/>
      <w:tcPr>
        <w:shd w:val="clear" w:color="auto" w:fill="E9ABEB" w:themeFill="accent2" w:themeFillTint="66"/>
      </w:tcPr>
    </w:tblStylePr>
    <w:tblStylePr w:type="band1Horz">
      <w:tblPr/>
      <w:tcPr>
        <w:shd w:val="clear" w:color="auto" w:fill="E496E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775E7" w:themeColor="accent4"/>
        <w:left w:val="single" w:sz="4" w:space="0" w:color="4EA6DC" w:themeColor="accent3"/>
        <w:bottom w:val="single" w:sz="4" w:space="0" w:color="4EA6DC" w:themeColor="accent3"/>
        <w:right w:val="single" w:sz="4" w:space="0" w:color="4EA6D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75E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679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6795" w:themeColor="accent3" w:themeShade="99"/>
          <w:insideV w:val="nil"/>
        </w:tcBorders>
        <w:shd w:val="clear" w:color="auto" w:fill="1D679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6795" w:themeFill="accent3" w:themeFillShade="99"/>
      </w:tcPr>
    </w:tblStylePr>
    <w:tblStylePr w:type="band1Vert">
      <w:tblPr/>
      <w:tcPr>
        <w:shd w:val="clear" w:color="auto" w:fill="B8DBF1" w:themeFill="accent3" w:themeFillTint="66"/>
      </w:tcPr>
    </w:tblStylePr>
    <w:tblStylePr w:type="band1Horz">
      <w:tblPr/>
      <w:tcPr>
        <w:shd w:val="clear" w:color="auto" w:fill="A6D2E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6DC" w:themeColor="accent3"/>
        <w:left w:val="single" w:sz="4" w:space="0" w:color="4775E7" w:themeColor="accent4"/>
        <w:bottom w:val="single" w:sz="4" w:space="0" w:color="4775E7" w:themeColor="accent4"/>
        <w:right w:val="single" w:sz="4" w:space="0" w:color="4775E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6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3CA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3CA0" w:themeColor="accent4" w:themeShade="99"/>
          <w:insideV w:val="nil"/>
        </w:tcBorders>
        <w:shd w:val="clear" w:color="auto" w:fill="153CA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CA0" w:themeFill="accent4" w:themeFillShade="99"/>
      </w:tcPr>
    </w:tblStylePr>
    <w:tblStylePr w:type="band1Vert">
      <w:tblPr/>
      <w:tcPr>
        <w:shd w:val="clear" w:color="auto" w:fill="B5C7F5" w:themeFill="accent4" w:themeFillTint="66"/>
      </w:tcPr>
    </w:tblStylePr>
    <w:tblStylePr w:type="band1Horz">
      <w:tblPr/>
      <w:tcPr>
        <w:shd w:val="clear" w:color="auto" w:fill="A3BA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4773" w:themeColor="accent6"/>
        <w:left w:val="single" w:sz="4" w:space="0" w:color="8971E1" w:themeColor="accent5"/>
        <w:bottom w:val="single" w:sz="4" w:space="0" w:color="8971E1" w:themeColor="accent5"/>
        <w:right w:val="single" w:sz="4" w:space="0" w:color="8971E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0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47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23A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23A7" w:themeColor="accent5" w:themeShade="99"/>
          <w:insideV w:val="nil"/>
        </w:tcBorders>
        <w:shd w:val="clear" w:color="auto" w:fill="3F23A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23A7" w:themeFill="accent5" w:themeFillShade="99"/>
      </w:tcPr>
    </w:tblStylePr>
    <w:tblStylePr w:type="band1Vert">
      <w:tblPr/>
      <w:tcPr>
        <w:shd w:val="clear" w:color="auto" w:fill="CFC6F3" w:themeFill="accent5" w:themeFillTint="66"/>
      </w:tcPr>
    </w:tblStylePr>
    <w:tblStylePr w:type="band1Horz">
      <w:tblPr/>
      <w:tcPr>
        <w:shd w:val="clear" w:color="auto" w:fill="C4B8F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971E1" w:themeColor="accent5"/>
        <w:left w:val="single" w:sz="4" w:space="0" w:color="D54773" w:themeColor="accent6"/>
        <w:bottom w:val="single" w:sz="4" w:space="0" w:color="D54773" w:themeColor="accent6"/>
        <w:right w:val="single" w:sz="4" w:space="0" w:color="D547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971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1F4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1F40" w:themeColor="accent6" w:themeShade="99"/>
          <w:insideV w:val="nil"/>
        </w:tcBorders>
        <w:shd w:val="clear" w:color="auto" w:fill="8A1F4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1F40" w:themeFill="accent6" w:themeFillShade="99"/>
      </w:tcPr>
    </w:tblStylePr>
    <w:tblStylePr w:type="band1Vert">
      <w:tblPr/>
      <w:tcPr>
        <w:shd w:val="clear" w:color="auto" w:fill="EEB5C6" w:themeFill="accent6" w:themeFillTint="66"/>
      </w:tcPr>
    </w:tblStylePr>
    <w:tblStylePr w:type="band1Horz">
      <w:tblPr/>
      <w:tcPr>
        <w:shd w:val="clear" w:color="auto" w:fill="EAA3B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51D5" w:themeFill="accent4" w:themeFillShade="CC"/>
      </w:tcPr>
    </w:tblStylePr>
    <w:tblStylePr w:type="lastRow">
      <w:rPr>
        <w:b/>
        <w:bCs/>
        <w:color w:val="1C51D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8AC6" w:themeFill="accent3" w:themeFillShade="CC"/>
      </w:tcPr>
    </w:tblStylePr>
    <w:tblStylePr w:type="lastRow">
      <w:rPr>
        <w:b/>
        <w:bCs/>
        <w:color w:val="278AC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0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2A56" w:themeFill="accent6" w:themeFillShade="CC"/>
      </w:tcPr>
    </w:tblStylePr>
    <w:tblStylePr w:type="lastRow">
      <w:rPr>
        <w:b/>
        <w:bCs/>
        <w:color w:val="B82A5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39D5" w:themeFill="accent5" w:themeFillShade="CC"/>
      </w:tcPr>
    </w:tblStylePr>
    <w:tblStylePr w:type="lastRow">
      <w:rPr>
        <w:b/>
        <w:bCs/>
        <w:color w:val="5A39D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4E8" w:themeFill="accent1" w:themeFillTint="33"/>
    </w:tcPr>
    <w:tblStylePr w:type="firstRow">
      <w:rPr>
        <w:b/>
        <w:bCs/>
      </w:rPr>
      <w:tblPr/>
      <w:tcPr>
        <w:shd w:val="clear" w:color="auto" w:fill="F3AA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AA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18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186D" w:themeFill="accent1" w:themeFillShade="BF"/>
      </w:tc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shd w:val="clear" w:color="auto" w:fill="F196C8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5F5" w:themeFill="accent2" w:themeFillTint="33"/>
    </w:tcPr>
    <w:tblStylePr w:type="firstRow">
      <w:rPr>
        <w:b/>
        <w:bCs/>
      </w:rPr>
      <w:tblPr/>
      <w:tcPr>
        <w:shd w:val="clear" w:color="auto" w:fill="E9ABE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ABE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524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52498" w:themeFill="accent2" w:themeFillShade="BF"/>
      </w:tcPr>
    </w:tblStylePr>
    <w:tblStylePr w:type="band1Vert">
      <w:tblPr/>
      <w:tcPr>
        <w:shd w:val="clear" w:color="auto" w:fill="E496E6" w:themeFill="accent2" w:themeFillTint="7F"/>
      </w:tcPr>
    </w:tblStylePr>
    <w:tblStylePr w:type="band1Horz">
      <w:tblPr/>
      <w:tcPr>
        <w:shd w:val="clear" w:color="auto" w:fill="E496E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DF8" w:themeFill="accent3" w:themeFillTint="33"/>
    </w:tcPr>
    <w:tblStylePr w:type="firstRow">
      <w:rPr>
        <w:b/>
        <w:bCs/>
      </w:rPr>
      <w:tblPr/>
      <w:tcPr>
        <w:shd w:val="clear" w:color="auto" w:fill="B8DB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DB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581B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581BA" w:themeFill="accent3" w:themeFillShade="BF"/>
      </w:tcPr>
    </w:tblStylePr>
    <w:tblStylePr w:type="band1Vert">
      <w:tblPr/>
      <w:tcPr>
        <w:shd w:val="clear" w:color="auto" w:fill="A6D2ED" w:themeFill="accent3" w:themeFillTint="7F"/>
      </w:tcPr>
    </w:tblStylePr>
    <w:tblStylePr w:type="band1Horz">
      <w:tblPr/>
      <w:tcPr>
        <w:shd w:val="clear" w:color="auto" w:fill="A6D2ED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3FA" w:themeFill="accent4" w:themeFillTint="33"/>
    </w:tcPr>
    <w:tblStylePr w:type="firstRow">
      <w:rPr>
        <w:b/>
        <w:bCs/>
      </w:rPr>
      <w:tblPr/>
      <w:tcPr>
        <w:shd w:val="clear" w:color="auto" w:fill="B5C7F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7F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A4BC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A4BC7" w:themeFill="accent4" w:themeFillShade="BF"/>
      </w:tcPr>
    </w:tblStylePr>
    <w:tblStylePr w:type="band1Vert">
      <w:tblPr/>
      <w:tcPr>
        <w:shd w:val="clear" w:color="auto" w:fill="A3BAF3" w:themeFill="accent4" w:themeFillTint="7F"/>
      </w:tcPr>
    </w:tblStylePr>
    <w:tblStylePr w:type="band1Horz">
      <w:tblPr/>
      <w:tcPr>
        <w:shd w:val="clear" w:color="auto" w:fill="A3BA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2F9" w:themeFill="accent5" w:themeFillTint="33"/>
    </w:tcPr>
    <w:tblStylePr w:type="firstRow">
      <w:rPr>
        <w:b/>
        <w:bCs/>
      </w:rPr>
      <w:tblPr/>
      <w:tcPr>
        <w:shd w:val="clear" w:color="auto" w:fill="CFC6F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6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F2CD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F2CD0" w:themeFill="accent5" w:themeFillShade="BF"/>
      </w:tcPr>
    </w:tblStylePr>
    <w:tblStylePr w:type="band1Vert">
      <w:tblPr/>
      <w:tcPr>
        <w:shd w:val="clear" w:color="auto" w:fill="C4B8F0" w:themeFill="accent5" w:themeFillTint="7F"/>
      </w:tcPr>
    </w:tblStylePr>
    <w:tblStylePr w:type="band1Horz">
      <w:tblPr/>
      <w:tcPr>
        <w:shd w:val="clear" w:color="auto" w:fill="C4B8F0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AE2" w:themeFill="accent6" w:themeFillTint="33"/>
    </w:tcPr>
    <w:tblStylePr w:type="firstRow">
      <w:rPr>
        <w:b/>
        <w:bCs/>
      </w:rPr>
      <w:tblPr/>
      <w:tcPr>
        <w:shd w:val="clear" w:color="auto" w:fill="EEB5C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B5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D275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D2750" w:themeFill="accent6" w:themeFillShade="BF"/>
      </w:tcPr>
    </w:tblStylePr>
    <w:tblStylePr w:type="band1Vert">
      <w:tblPr/>
      <w:tcPr>
        <w:shd w:val="clear" w:color="auto" w:fill="EAA3B9" w:themeFill="accent6" w:themeFillTint="7F"/>
      </w:tcPr>
    </w:tblStylePr>
    <w:tblStylePr w:type="band1Horz">
      <w:tblPr/>
      <w:tcPr>
        <w:shd w:val="clear" w:color="auto" w:fill="EAA3B9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462</Characters>
  <Application>Microsoft Office Word</Application>
  <DocSecurity>0</DocSecurity>
  <Lines>92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Karen Glenn</cp:lastModifiedBy>
  <cp:revision>9</cp:revision>
  <dcterms:created xsi:type="dcterms:W3CDTF">2026-03-11T22:23:00Z</dcterms:created>
  <dcterms:modified xsi:type="dcterms:W3CDTF">2026-03-12T16:09:00Z</dcterms:modified>
  <cp:category/>
</cp:coreProperties>
</file>